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1E3A8A"/>
          <w:sz w:val="40"/>
          <w:rtl w:val="1"/>
          <w:szCs w:val="40"/>
        </w:rPr>
        <w:t>🔤 חלקי הדיבר בדרך – דף עבודה (חט״ב)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שם: ______________ כיתה: 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חלק הדיבר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שאלת זיהוי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דוגמאות מהכביש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שם עצם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איך קוראים לזה? (אדם, מקום, חפץ, רעיון)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קסדה, רמזור, נהגת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שם תואר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איזה/איזו? מתאר שם עצם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זהיר, מהיר, עמוס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פועל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עושים? אפשר לשנות זמן (חוצים/חצינו/נחצה)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חוצים, עצרה, נחכה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תואר הפועל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איך? מתי? איפה? מתאר פעולה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לאט, מהר, תמיד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מילת יחס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מקשרת בין מילים: על, ליד, לפני, את, של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על, ליד, לפני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מילת קישור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מחברת משפטים: כי, לכן, אבל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כי, לכן, אבל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כינוי גוף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במקום שם: אני, אנחנו, הוא, הן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אנחנו, היא, הם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שם מספר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כמה? שלושה, שתי, עשרים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שלושה, שתי, חמש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 xml:space="preserve">⚡ </w:t>
      </w:r>
      <w:r>
        <w:rPr>
          <w:rFonts w:ascii="Arial" w:hAnsi="Arial" w:cs="Arial"/>
          <w:b/>
          <w:color w:val="92400E"/>
          <w:sz w:val="22"/>
          <w:rtl w:val="1"/>
          <w:szCs w:val="22"/>
        </w:rPr>
        <w:t>מהיר</w:t>
      </w:r>
      <w:r>
        <w:rPr>
          <w:rFonts w:ascii="Arial" w:hAnsi="Arial" w:cs="Arial"/>
          <w:b w:val="0"/>
          <w:color w:val="92400E"/>
          <w:sz w:val="22"/>
          <w:rtl w:val="1"/>
          <w:szCs w:val="22"/>
        </w:rPr>
        <w:t xml:space="preserve"> = שם תואר (רכב מהיר). </w:t>
      </w:r>
      <w:r>
        <w:rPr>
          <w:rFonts w:ascii="Arial" w:hAnsi="Arial" w:cs="Arial"/>
          <w:b/>
          <w:color w:val="92400E"/>
          <w:sz w:val="22"/>
          <w:rtl w:val="1"/>
          <w:szCs w:val="22"/>
        </w:rPr>
        <w:t>מהר</w:t>
      </w:r>
      <w:r>
        <w:rPr>
          <w:rFonts w:ascii="Arial" w:hAnsi="Arial" w:cs="Arial"/>
          <w:b w:val="0"/>
          <w:color w:val="92400E"/>
          <w:sz w:val="22"/>
          <w:rtl w:val="1"/>
          <w:szCs w:val="22"/>
        </w:rPr>
        <w:t xml:space="preserve"> = תואר הפועל (נסע מהר). ״בגלל״ – לפני שם עצם; ״מפני ש״, ״כי״ – לפני משפט שלם.</w:t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א. זיהוי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כתבו מתחת לכל משפט את חלק הדיבר של כל מילה (ש״ע, ש״ת, פועל, תה״פ, מילת יחס, מילת חיבור, כינוי, ש״מ).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הנהגת הזהירה עצרה לפני מעבר החצייה.</w:t>
        <w:br/>
        <w:t>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הילדים חצו את הכביש לאט.</w:t>
        <w:br/>
        <w:t>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אנחנו חובשים קסדה כי היא שומרת עלינו.</w:t>
        <w:br/>
        <w:t>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4. רוני עצרה ברמזור האדום, לכן היא הגיעה בשלום.</w:t>
        <w:br/>
        <w:t>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5. שלושה רוכבים צעירים נסעו מהר על המדרכה.</w:t>
        <w:br/>
        <w:t>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6. הכביש ריק, אבל אלון מחכה לירוק.</w:t>
        <w:br/>
        <w:t>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ב. מיון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מיינו את המילים לטבלה: צר · אני · שתי · כי · עצרה · לפני · חמש · שלושה · חוצים · אנחנו · ליד · לכן · מסתכל · רמזור · לאט · תמיד · זהיר · אבל · קסדה · מדרכה · הוא · על · מהיר · מהר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שם עצם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שם תואר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פועל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תואר הפועל</w:t>
            </w:r>
          </w:p>
        </w:tc>
      </w:tr>
      <w:tr>
        <w:trPr>
          <w:trHeight w:val="1247"/>
        </w:trPr>
        <w:tc>
          <w:tcPr>
            <w:tcW w:type="dxa" w:w="2551"/>
          </w:tcPr>
          <w:p>
            <w:pPr>
              <w:bidi w:val="1"/>
              <w:jc w:val="right"/>
            </w:pPr>
          </w:p>
        </w:tc>
        <w:tc>
          <w:tcPr>
            <w:tcW w:type="dxa" w:w="2551"/>
          </w:tcPr>
          <w:p>
            <w:pPr>
              <w:bidi w:val="1"/>
              <w:jc w:val="right"/>
            </w:pPr>
          </w:p>
        </w:tc>
        <w:tc>
          <w:tcPr>
            <w:tcW w:type="dxa" w:w="2551"/>
          </w:tcPr>
          <w:p>
            <w:pPr>
              <w:bidi w:val="1"/>
              <w:jc w:val="right"/>
            </w:pPr>
          </w:p>
        </w:tc>
        <w:tc>
          <w:tcPr>
            <w:tcW w:type="dxa" w:w="2551"/>
          </w:tcPr>
          <w:p>
            <w:pPr>
              <w:bidi w:val="1"/>
              <w:jc w:val="right"/>
            </w:pP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מילת יחס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מילת קישור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כינוי גוף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שם מספר</w:t>
            </w:r>
          </w:p>
        </w:tc>
      </w:tr>
      <w:tr>
        <w:trPr>
          <w:trHeight w:val="1247"/>
        </w:trPr>
        <w:tc>
          <w:tcPr>
            <w:tcW w:type="dxa" w:w="2551"/>
          </w:tcPr>
          <w:p>
            <w:pPr>
              <w:bidi w:val="1"/>
              <w:jc w:val="right"/>
            </w:pPr>
          </w:p>
        </w:tc>
        <w:tc>
          <w:tcPr>
            <w:tcW w:type="dxa" w:w="2551"/>
          </w:tcPr>
          <w:p>
            <w:pPr>
              <w:bidi w:val="1"/>
              <w:jc w:val="right"/>
            </w:pPr>
          </w:p>
        </w:tc>
        <w:tc>
          <w:tcPr>
            <w:tcW w:type="dxa" w:w="2551"/>
          </w:tcPr>
          <w:p>
            <w:pPr>
              <w:bidi w:val="1"/>
              <w:jc w:val="right"/>
            </w:pPr>
          </w:p>
        </w:tc>
        <w:tc>
          <w:tcPr>
            <w:tcW w:type="dxa" w:w="2551"/>
          </w:tcPr>
          <w:p>
            <w:pPr>
              <w:bidi w:val="1"/>
              <w:jc w:val="right"/>
            </w:pPr>
          </w:p>
        </w:tc>
      </w:tr>
    </w:tbl>
    <w:p/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ג. השלמה לפי חלק הדיבר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הרוכבת __________ עצרה לפני המעבר. (צריך: שם תואר) – הזהירה / זהירות / נזהרה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הרכב נסע __________ ליד בית הספר. (צריך: תואר הפועל) – איטי / האטה / לאט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הרכב ה__________ עקף את האוטובוס. (צריך: שם תואר) – מהיר / מהירות / מהר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4. הקורקינט נסע __________ מדי. (צריך: תואר הפועל) – מהיר / מהירה / מהר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5. __________ של המכונית הייתה גבוהה מדי. (צריך: שם עצם) – המהירה / המהירות / מהר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6. הנהגים __________ לפני מעבר החצייה. (צריך: פועל) – עוצרים / עצורה / עצירה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7. __________ בזמן החצייה מסוכנת. (צריך: שם עצם) – ההסחה / מוסח / מסיחים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8. הולכי הרגל עמדו __________ המדרכה. (צריך: מילת יחס) – לכן / מהר / על</w:t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ד. מילות קישור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השלימו מילת קישור וכתבו איזה קשר היא מבטאת (סיבה / תוצאה / ניגוד / ויתור).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הכביש היה רטוב, __________ הנהגת האטה. – לכן / מפני ש / אבל / למרות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הנהגת האטה __________הכביש היה רטוב. – מפני ש / לכן / אולם / כתוצאה מכך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__________ הגשם, הראות הייתה גרועה. – בגלל / מפני ש / לכן / אף על פי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4. אלון מיהר מאוד; __________ הוא חיכה לאור הירוק. – אף על פי כן / לכן / מפני ש / כי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5. דנה דיברה בטלפון בזמן החצייה; __________ היא לא שמעה את הצפירה. – כתוצאה מכך / לעומת זאת / אף על פי כן / בגלל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6. __________ שהכביש נראה ריק, רוני לא חצתה באדום. – אף על פי / מפני / לכן / כתוצאה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7. רוב הרוכבים חובשים קסדה; __________ חלק מהם לא רוכסים אותה. – אולם / לכן / מפני ש / בעקבות זאת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8. __________ ההסחה בטלפון, זמן התגובה מתארך. – עקב / לכן / אבל / אף על פי ש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9. הולכי רגל רבים חוצים עם אוזניות. __________, רבים מהם לא שומעים רכב מתקרב. – לפיכך / אף על פי כן / מפני ש / לעומת זאת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10. נהגים צעירים מגיבים מהר; __________ נהגים ותיקים מנוסים יותר בזיהוי סכנות. – לעומת זאת / לכן / בגלל / מפני ש</w:t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ה. הבלש הדקדוקי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מצאו את הטעות, תקנו והסבירו במונחים דקדוקיים.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שלט: ״תחצו מהיר כשאין מכוניות!״</w:t>
        <w:br/>
        <w:t>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שלט: ״הנהגים צריך לעצור כאן.״</w:t>
        <w:br/>
        <w:t>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שלט: ״הילדה הזהיר חוצה במעבר.״</w:t>
        <w:br/>
        <w:t>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4. טקסט: ״הוא חצה באדום מפני הוא מיהר.״</w:t>
        <w:br/>
        <w:t>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ו. משימות חשיבה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כתבו 3 משפטים מהשורש מ-ה-ר: באחד ״מהיר״, בשני ״מהר״, בשלישי ״מהירות״. הסבירו מה התפקיד של כל מילה.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נתחו את הסיסמה ״עוצרים, מסתכלים, חוצים בזהירות.״: אילו חלקי דיבר בולטים? למה בחרו בפועל בהווה רבים ולא בציווי (עִצְרוּ)? מה ההבדל בתחושה?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כתבו פסקה של 4 משפטים על הדילמה של אלון. סמנו בצבע: 2 שמות תואר, 2 תוארי פועל, 2 מילות יחס, ומילת קישור של סיבה ושל ניגוד.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4. הפכו משפט פעולה למשפט שמני: ״הנהגים מאטים ליד בית הספר״ ← ״האטת הנהגים ליד בית הספר…״. מה השתנה בחלקי הדיבר? איפה זה מתאים יותר (שלט / ידיעה בעיתון)?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40"/>
          <w:rtl w:val="1"/>
          <w:szCs w:val="40"/>
        </w:rPr>
        <w:t>🔑 מפתח תשובות</w:t>
      </w:r>
    </w:p>
    <w:p>
      <w:pPr>
        <w:bidi w:val="1"/>
        <w:jc w:val="right"/>
      </w:pPr>
      <w:r>
        <w:rPr>
          <w:rFonts w:ascii="Arial" w:hAnsi="Arial" w:cs="Arial"/>
          <w:b/>
          <w:sz w:val="25"/>
          <w:rtl w:val="1"/>
          <w:szCs w:val="25"/>
        </w:rPr>
        <w:t>א. זיהוי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הנהגת – שם עצם · הזהירה – שם תואר · עצרה – פועל · לפני – מילת יחס · מעבר – שם עצם · החצייה – שם עצם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הילדים – שם עצם · חצו – פועל · את – מילת יחס · הכביש – שם עצם · לאט – תואר הפועל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אנחנו – כינוי גוף · חובשים – פועל · קסדה – שם עצם · כי – מילת קישור · היא – כינוי גוף · שומרת – פועל · עלינו – מילת יחס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4. רוני – שם עצם · עצרה – פועל · האדום – שם תואר · לכן – מילת קישור · היא – כינוי גוף · הגיעה – פועל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5. שלושה – שם מספר · רוכבים – שם עצם · צעירים – שם תואר · נסעו – פועל · מהר – תואר הפועל · על – מילת יחס · המדרכה – שם עצם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6. הכביש – שם עצם · ריק – שם תואר · אבל – מילת קישור · אלון – שם עצם · מחכה – פועל</w:t>
      </w:r>
    </w:p>
    <w:p>
      <w:pPr>
        <w:bidi w:val="1"/>
        <w:jc w:val="right"/>
      </w:pPr>
      <w:r>
        <w:rPr>
          <w:rFonts w:ascii="Arial" w:hAnsi="Arial" w:cs="Arial"/>
          <w:b/>
          <w:sz w:val="25"/>
          <w:rtl w:val="1"/>
          <w:szCs w:val="25"/>
        </w:rPr>
        <w:t>ב. מיון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חלק הדיבר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מילים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שם עצם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רמזור, מדרכה, קסדה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שם תואר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זהיר, מהיר, צר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פועל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חוצים, עצרה, מסתכל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תואר הפועל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לאט, מהר, תמיד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מילת יחס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על, ליד, לפני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מילת קישור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כי, לכן, אבל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כינוי גוף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אני, אנחנו, הוא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שם מספר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שלושה, שתי, חמש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5"/>
          <w:rtl w:val="1"/>
          <w:szCs w:val="25"/>
        </w:rPr>
        <w:t>ג. השלמה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1. הרוכבת </w:t>
      </w:r>
      <w:r>
        <w:rPr>
          <w:rFonts w:ascii="Arial" w:hAnsi="Arial" w:cs="Arial"/>
          <w:b/>
          <w:sz w:val="22"/>
          <w:rtl w:val="1"/>
          <w:szCs w:val="22"/>
        </w:rPr>
        <w:t>הזהירה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עצרה לפני המעבר.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2. הרכב נסע </w:t>
      </w:r>
      <w:r>
        <w:rPr>
          <w:rFonts w:ascii="Arial" w:hAnsi="Arial" w:cs="Arial"/>
          <w:b/>
          <w:sz w:val="22"/>
          <w:rtl w:val="1"/>
          <w:szCs w:val="22"/>
        </w:rPr>
        <w:t>לאט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ליד בית הספר.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הרכב ה</w:t>
      </w:r>
      <w:r>
        <w:rPr>
          <w:rFonts w:ascii="Arial" w:hAnsi="Arial" w:cs="Arial"/>
          <w:b/>
          <w:sz w:val="22"/>
          <w:rtl w:val="1"/>
          <w:szCs w:val="22"/>
        </w:rPr>
        <w:t>מהיר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עקף את האוטובוס.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4. הקורקינט נסע </w:t>
      </w:r>
      <w:r>
        <w:rPr>
          <w:rFonts w:ascii="Arial" w:hAnsi="Arial" w:cs="Arial"/>
          <w:b/>
          <w:sz w:val="22"/>
          <w:rtl w:val="1"/>
          <w:szCs w:val="22"/>
        </w:rPr>
        <w:t>מהר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מדי.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</w:rPr>
        <w:t>המהירות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של המכונית הייתה גבוהה מדי.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6. הנהגים </w:t>
      </w:r>
      <w:r>
        <w:rPr>
          <w:rFonts w:ascii="Arial" w:hAnsi="Arial" w:cs="Arial"/>
          <w:b/>
          <w:sz w:val="22"/>
          <w:rtl w:val="1"/>
          <w:szCs w:val="22"/>
        </w:rPr>
        <w:t>עוצרים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לפני מעבר החצייה.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7. </w:t>
      </w:r>
      <w:r>
        <w:rPr>
          <w:rFonts w:ascii="Arial" w:hAnsi="Arial" w:cs="Arial"/>
          <w:b/>
          <w:sz w:val="22"/>
          <w:rtl w:val="1"/>
          <w:szCs w:val="22"/>
        </w:rPr>
        <w:t>ההסחה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בזמן החצייה מסוכנת.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8. הולכי הרגל עמדו </w:t>
      </w:r>
      <w:r>
        <w:rPr>
          <w:rFonts w:ascii="Arial" w:hAnsi="Arial" w:cs="Arial"/>
          <w:b/>
          <w:sz w:val="22"/>
          <w:rtl w:val="1"/>
          <w:szCs w:val="22"/>
        </w:rPr>
        <w:t>על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המדרכה.</w:t>
      </w:r>
    </w:p>
    <w:p>
      <w:pPr>
        <w:bidi w:val="1"/>
        <w:jc w:val="right"/>
      </w:pPr>
      <w:r>
        <w:rPr>
          <w:rFonts w:ascii="Arial" w:hAnsi="Arial" w:cs="Arial"/>
          <w:b/>
          <w:sz w:val="25"/>
          <w:rtl w:val="1"/>
          <w:szCs w:val="25"/>
        </w:rPr>
        <w:t>ד. מילות קישור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1. הכביש היה רטוב, </w:t>
      </w:r>
      <w:r>
        <w:rPr>
          <w:rFonts w:ascii="Arial" w:hAnsi="Arial" w:cs="Arial"/>
          <w:b/>
          <w:sz w:val="22"/>
          <w:rtl w:val="1"/>
          <w:szCs w:val="22"/>
        </w:rPr>
        <w:t>לכן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הנהגת האטה. – תוצאה: האטה היא התוצאה של הכביש הרטוב.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2. הנהגת האטה </w:t>
      </w:r>
      <w:r>
        <w:rPr>
          <w:rFonts w:ascii="Arial" w:hAnsi="Arial" w:cs="Arial"/>
          <w:b/>
          <w:sz w:val="22"/>
          <w:rtl w:val="1"/>
          <w:szCs w:val="22"/>
        </w:rPr>
        <w:t>מפני ש</w:t>
      </w:r>
      <w:r>
        <w:rPr>
          <w:rFonts w:ascii="Arial" w:hAnsi="Arial" w:cs="Arial"/>
          <w:b w:val="0"/>
          <w:sz w:val="22"/>
          <w:rtl w:val="1"/>
          <w:szCs w:val="22"/>
        </w:rPr>
        <w:t>הכביש היה רטוב. – סיבה: ״מפני ש״ באה לפני משפט שלם שמסביר למה.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</w:rPr>
        <w:t>בגלל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הגשם, הראות הייתה גרועה. – סיבה לפני שם עצם: ״בגלל הגשם״. (״מפני ש״ דורשת משפט: ״מפני שירד גשם״.)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4. אלון מיהר מאוד; </w:t>
      </w:r>
      <w:r>
        <w:rPr>
          <w:rFonts w:ascii="Arial" w:hAnsi="Arial" w:cs="Arial"/>
          <w:b/>
          <w:sz w:val="22"/>
          <w:rtl w:val="1"/>
          <w:szCs w:val="22"/>
        </w:rPr>
        <w:t>אף על פי כן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הוא חיכה לאור הירוק. – ויתור: למרות שהיה סיבה לחצות, הוא בחר אחרת.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5. דנה דיברה בטלפון בזמן החצייה; </w:t>
      </w:r>
      <w:r>
        <w:rPr>
          <w:rFonts w:ascii="Arial" w:hAnsi="Arial" w:cs="Arial"/>
          <w:b/>
          <w:sz w:val="22"/>
          <w:rtl w:val="1"/>
          <w:szCs w:val="22"/>
        </w:rPr>
        <w:t>כתוצאה מכך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היא לא שמעה את הצפירה. – תוצאה: אי-השמיעה נגרמה מהשיחה.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6. </w:t>
      </w:r>
      <w:r>
        <w:rPr>
          <w:rFonts w:ascii="Arial" w:hAnsi="Arial" w:cs="Arial"/>
          <w:b/>
          <w:sz w:val="22"/>
          <w:rtl w:val="1"/>
          <w:szCs w:val="22"/>
        </w:rPr>
        <w:t>אף על פי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שהכביש נראה ריק, רוני לא חצתה באדום. – ויתור: ״אף על פי ש…״ – משהו שהיה יכול להוביל לתוצאה אחרת.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7. רוב הרוכבים חובשים קסדה; </w:t>
      </w:r>
      <w:r>
        <w:rPr>
          <w:rFonts w:ascii="Arial" w:hAnsi="Arial" w:cs="Arial"/>
          <w:b/>
          <w:sz w:val="22"/>
          <w:rtl w:val="1"/>
          <w:szCs w:val="22"/>
        </w:rPr>
        <w:t>אולם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חלק מהם לא רוכסים אותה. – ניגוד: שני חלקים שעומדים זה מול זה.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8. </w:t>
      </w:r>
      <w:r>
        <w:rPr>
          <w:rFonts w:ascii="Arial" w:hAnsi="Arial" w:cs="Arial"/>
          <w:b/>
          <w:sz w:val="22"/>
          <w:rtl w:val="1"/>
          <w:szCs w:val="22"/>
        </w:rPr>
        <w:t>עקב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ההסחה בטלפון, זמן התגובה מתארך. – סיבה לפני שם עצם, במשלב גבוה: ״עקב ההסחה״.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9. הולכי רגל רבים חוצים עם אוזניות. </w:t>
      </w:r>
      <w:r>
        <w:rPr>
          <w:rFonts w:ascii="Arial" w:hAnsi="Arial" w:cs="Arial"/>
          <w:b/>
          <w:sz w:val="22"/>
          <w:rtl w:val="1"/>
          <w:szCs w:val="22"/>
        </w:rPr>
        <w:t>לפיכך</w:t>
      </w:r>
      <w:r>
        <w:rPr>
          <w:rFonts w:ascii="Arial" w:hAnsi="Arial" w:cs="Arial"/>
          <w:b w:val="0"/>
          <w:sz w:val="22"/>
          <w:rtl w:val="1"/>
          <w:szCs w:val="22"/>
        </w:rPr>
        <w:t>, רבים מהם לא שומעים רכב מתקרב. – תוצאה/מסקנה, במשלב גבוה.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 xml:space="preserve">10. נהגים צעירים מגיבים מהר; </w:t>
      </w:r>
      <w:r>
        <w:rPr>
          <w:rFonts w:ascii="Arial" w:hAnsi="Arial" w:cs="Arial"/>
          <w:b/>
          <w:sz w:val="22"/>
          <w:rtl w:val="1"/>
          <w:szCs w:val="22"/>
        </w:rPr>
        <w:t>לעומת זאת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נהגים ותיקים מנוסים יותר בזיהוי סכנות. – ניגוד בין שתי קבוצות.</w:t>
      </w:r>
    </w:p>
    <w:p>
      <w:pPr>
        <w:bidi w:val="1"/>
        <w:jc w:val="right"/>
      </w:pPr>
      <w:r>
        <w:rPr>
          <w:rFonts w:ascii="Arial" w:hAnsi="Arial" w:cs="Arial"/>
          <w:b/>
          <w:sz w:val="25"/>
          <w:rtl w:val="1"/>
          <w:szCs w:val="25"/>
        </w:rPr>
        <w:t>ה. הבלש הדקדוקי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1. ״מהיר״ הוא שם תואר – הוא מתאר שם עצם (רכב מהיר). כאן מתארים פעולה, ולכן צריך תואר הפועל: ״מהר״. ובכלל – עדיף ״חוצים בזהירות״.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2. אין התאמה: ״הנהגים״ ברבים ולכן ״צריכים״. (התאמה בין נושא לנשוא במין ובמספר.)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3. שם התואר מתאים לשם העצם במין ובמספר: ״הילדה הזהירה״.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4. ״מפני״ לבד באה לפני שם עצם (מפני הגשם). לפני משפט צריך ״מפני ש״: ״מפני שהוא מיהר״.</w:t>
      </w:r>
    </w:p>
    <w:p>
      <w:pPr>
        <w:bidi w:val="1"/>
        <w:jc w:val="right"/>
      </w:pPr>
      <w:r>
        <w:rPr>
          <w:rFonts w:ascii="Arial" w:hAnsi="Arial" w:cs="Arial"/>
          <w:b/>
          <w:sz w:val="25"/>
          <w:rtl w:val="1"/>
          <w:szCs w:val="25"/>
        </w:rPr>
        <w:t>שורש אחד – כמה חלקי דיבר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שורש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ש״ע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ש״ת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פועל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תה״פ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מ-ה-ר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מְהִירוּת (ש״ע)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מָהִיר (ש״ת)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מִהֵר (פועל)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מַהֵר (תה״פ)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ז-ה-ר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זְהִירוּת (ש״ע)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זָהִיר (ש״ת)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נִזְהַר (פועל)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בִּזְהִירוּת (צירוף יחס – תיאור אופן)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ע-צ-ר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עֲצִירָה (ש״ע)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עָצוּר (ש״ת)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עָצַר (פועל)</w:t>
            </w:r>
          </w:p>
        </w:tc>
        <w:tc>
          <w:tcPr>
            <w:tcW w:type="dxa" w:w="204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—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4748B"/>
        <w:sz w:val="16"/>
        <w:rtl w:val="1"/>
        <w:szCs w:val="16"/>
      </w:rPr>
      <w:t>יצרה: רוית ראש בן ישי · בדרך בטוחה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